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ל״ג בעומר – אש של ביחד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משמעות ל״ג בעומר ואת הרעיון של 'האש של הביחד'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פעילויות מתאימות לגילאים שונים בחג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ולזכור כללי בטיחות סביב מדורה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י״ח באייר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לחגוג את 'האש של הביחד'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סיפורים סביב 'מדורה'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כרזות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אחריות קבוצתית ובטיחות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רבות מהפעילויות נעשות בלי אש אמיתית, כמו מדורת נייר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בהתאמות לחנ״מ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הפעילות מיועדת ליסודי ד׳-ו׳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כתוב בפעילויות התיכון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מצוין שזו פעילות רשות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לפי 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(יסודי א׳-ג׳)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(יסודי ד׳-ו׳)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(חט״ב)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(תיכון)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(יסודי א׳-ג׳)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צ׳קליסט הכנה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את נוהלי הבטיחות של 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להכין כללי בטיחות מצוירים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לשוחח על בטיחות לפני כל 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להזכיר כללי בטיחות לקראת מדורות בערב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שמתארת שייכות, אכפתיות או שיתוף פעולה בקבוצה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כלל בטיחות הגיוני עם הסבר קצר, למשל לעמוד במרחק מהאש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י״ח באייר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מדורת נייר או סיפורים סביב פנס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 נוגעים באש / לעמוד רחוק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בשיחה קצרה על משמעות 'האש של הביחד'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את פעילות המעגל (חלק הכתיבה) כדיון קבוצתי בעל פה לפני הכתיבה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אפשר להשתמש רק בחלקי ה-mc וה-tf הפשוטים יותר, ולוותר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ל״ג בעומר – אש של ביחד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ל״ג בעומר הוא חג. בחג חוגגים ביחד עם סיפורים ושירים. חשוב לשמור על בטיחות ליד אש.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ל״ג בעומר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ה-33 בספירת העומר, חג של אחדות ושמחה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ספירת העומר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ספירת הימים בין פסח לשבועות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אש גדולה שמסביבה מתכנסים בחג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בטיחות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שמירה על הגוף והסביבה מפני סכנה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מעגל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שיושבים יחד בצורה עגולה, מסמל שייכות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שליחים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קבוצתי שבו מעבירים חפץ בתור במהירות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משאלה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בקשה או חלום שרוצים שיתגשם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חל ל״ג בעומר?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י״ח באייר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ז׳ באדר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כ׳ בתמוז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חוגגים את החג,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לחגוג את 'האש של הביחד'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לקיים תחרות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לערוך מבחן שנתי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לנקות את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פעילות יש פנס?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מירוץ תפוחי 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סיפורים סביב 'מדורה'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ערב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דיון על אחריות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מכינים ילדי ד׳-ו׳?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כרזות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תחפושות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על מה מדברים בתיכון?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אחריות קבוצתית ובטיחות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טיולים לחו״ל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בחינות סוף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תחרויות ספורט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הדף, בכל הפעילויות חייבת להיות מדורה אמיתית.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כללי הבטיחות לחנ״מ מוצגים בשלוש תמונות פשוטות.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מירוץ תפוחי האדמה מיועד לילדי יסודי א׳-ג׳.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בתיכון דנים באחריות קבוצתית ובטיחות.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שיתוף משפחות במדורה הוא חובה לפי הדף.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ל״ג בעומר חל בתאריך י״ח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בפעילות 'מדורת __________' כל ילד גוזר להבה מנייר וכותב עליה משהו שמחמם לו את הלב.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בחט״ב עורכים ערב __________ כיתתי שבו כל אחד בוחר שיר לשיר יחד.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כלל בטיחות בסיסי: לא נוגעים ב__________.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לפי 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מדורת נייר ומשפטים מחממי 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תיכון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מירוץ תפוחי אדמה בכפית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חט״ב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ערב שירה כיתתי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יסודי א׳-ג׳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תכנון ערב כיתתי עם ועדות בטיחות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יסודי ד׳-ו׳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חץ וקשת מנייר עם משאלה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יסודי א׳-ג׳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– צ׳קליסט הכנה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כללי בטיחות מצוירים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את נוהלי הבטיחות של בית הספר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להזכיר כללי בטיחות לקראת מדורות בערב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לשוחח על בטיחות לפני כל פעילות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או שניים על 'המעגל שלי' – מה הופך קבוצה למעגל תומך בעיניכם?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כלל בטיחות אחד שהייתם מוסיפים למדורה בטוחה, והסבירו למה הוא חשוב.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חל ל״ג בעומר?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פעילות אחת שאפשר לעשות בלי מדורה אמיתית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הכלל הראשון שלומדים על בטיחות ליד אש?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ל״ג בעומר – אש של ביחד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